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SHOT1812 Two Way Oncoming Traffic Warning System</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SHOT1812 Two Way Oncoming Traffic Warning System</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SHOT1812-2Way-Kit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two-way oncoming-traffic warning system for shared lanes, blind ramps, tight turns, and controlled vehicle passages.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two-way oncoming-traffic warning system with STOP HERE ONCOMING TRAFFIC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monitor opposing vehicle approaches and activate the warning sign at the opposite end so approaching drivers stop and watch for oncoming traffic.</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SHOT1812-2Way-Kit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Two-way oncoming-traffic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SHOT1812 signs; PSC-6 controller; PS126A power supply; two Decider2 detectors</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Independent monitoring of both approaches</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STOP HERE ONCOMING TRAFFIC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covered outdoor locations.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STOP HERE ONCOMING TRAFFIC display arranged for clear viewing from the intended approaches.</w:t>
      </w:r>
    </w:p>
    <w:p>
      <w:pPr>
        <w:spacing w:after="60"/>
        <w:ind w:left="317" w:hanging="317"/>
      </w:pPr>
      <w:r>
        <w:rPr>
          <w:b/>
        </w:rPr>
        <w:t xml:space="preserve">B. </w:t>
      </w:r>
      <w:r>
        <w:t>Dimensions: Nominal 18 inches high by 12 inches wide by 2 inches deep per sign.</w:t>
      </w:r>
    </w:p>
    <w:p>
      <w:pPr>
        <w:spacing w:after="60"/>
        <w:ind w:left="317" w:hanging="317"/>
      </w:pPr>
      <w:r>
        <w:rPr>
          <w:b/>
        </w:rPr>
        <w:t xml:space="preserve">C. </w:t>
      </w:r>
      <w:r>
        <w:t>Construction: metal body with acrylic front, with manufacturer standard powder-coated white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PSC-6 Traffic Control Board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two Decider2 intelligent vehicle motion detectors.</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SHOT1812 TWO WAY ONCOMING TRAFFIC WARNING SYSTEM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SHOT1812 Two Way Oncoming Traffic Warning System A&amp;E Specification</dc:title>
  <dc:subject>CSI MasterFormat Section 34 41 00 Roadway Signaling and Control Equipment</dc:subject>
  <dc:creator>Pass Signs</dc:creator>
  <cp:keywords>A&amp;E specification, SHOT1812-2Way-Kit,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